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5283" w14:textId="77777777" w:rsidR="008B65E8" w:rsidRPr="008B65E8" w:rsidRDefault="00000000" w:rsidP="008B65E8">
      <w:pPr>
        <w:jc w:val="center"/>
        <w:rPr>
          <w:b/>
          <w:sz w:val="32"/>
          <w:lang w:val="it-IT"/>
        </w:rPr>
      </w:pPr>
      <w:r>
        <w:rPr>
          <w:b/>
          <w:sz w:val="32"/>
        </w:rPr>
        <w:t xml:space="preserve">MODULO DI ISCRIZIONE </w:t>
      </w:r>
    </w:p>
    <w:p w14:paraId="6DE0F167" w14:textId="77777777" w:rsidR="008B65E8" w:rsidRDefault="008B65E8" w:rsidP="008B65E8">
      <w:pPr>
        <w:jc w:val="center"/>
        <w:rPr>
          <w:b/>
          <w:bCs/>
          <w:sz w:val="32"/>
          <w:lang w:val="it-IT"/>
        </w:rPr>
      </w:pPr>
      <w:r w:rsidRPr="008B65E8">
        <w:rPr>
          <w:b/>
          <w:sz w:val="32"/>
          <w:lang w:val="it-IT"/>
        </w:rPr>
        <w:t xml:space="preserve"> </w:t>
      </w:r>
      <w:r w:rsidRPr="008B65E8">
        <w:rPr>
          <w:b/>
          <w:bCs/>
          <w:sz w:val="32"/>
          <w:lang w:val="it-IT"/>
        </w:rPr>
        <w:t>“Gibellina Capitale Italiana dell'Arte Contemporanea 2026"</w:t>
      </w:r>
    </w:p>
    <w:p w14:paraId="353FEC38" w14:textId="14D2F7BD" w:rsidR="00053A7A" w:rsidRDefault="008B65E8" w:rsidP="008B65E8">
      <w:pPr>
        <w:jc w:val="center"/>
      </w:pPr>
      <w:r w:rsidRPr="008B65E8">
        <w:rPr>
          <w:b/>
          <w:bCs/>
          <w:sz w:val="32"/>
          <w:lang w:val="it-IT"/>
        </w:rPr>
        <w:t>II EDIZIONE</w:t>
      </w:r>
    </w:p>
    <w:p w14:paraId="7055F2E9" w14:textId="77777777" w:rsidR="00053A7A" w:rsidRDefault="00000000">
      <w:pPr>
        <w:jc w:val="center"/>
      </w:pPr>
      <w:r>
        <w:rPr>
          <w:b/>
        </w:rPr>
        <w:t>Anno scolastico 2026/2027</w:t>
      </w:r>
    </w:p>
    <w:p w14:paraId="010584E2" w14:textId="77777777" w:rsidR="00504A45" w:rsidRPr="00AC439A" w:rsidRDefault="00504A45">
      <w:pPr>
        <w:rPr>
          <w:b/>
          <w:sz w:val="22"/>
        </w:rPr>
      </w:pPr>
    </w:p>
    <w:p w14:paraId="59F233CF" w14:textId="77777777" w:rsidR="00504A45" w:rsidRDefault="00504A45" w:rsidP="00504A45">
      <w:pPr>
        <w:rPr>
          <w:b/>
          <w:bCs/>
          <w:sz w:val="22"/>
          <w:lang w:val="it-IT"/>
        </w:rPr>
      </w:pPr>
      <w:r w:rsidRPr="00AC439A">
        <w:rPr>
          <w:b/>
          <w:bCs/>
          <w:sz w:val="22"/>
          <w:lang w:val="it-IT"/>
        </w:rPr>
        <w:t>I sottoscritti genitori/tutori:</w:t>
      </w:r>
    </w:p>
    <w:p w14:paraId="48928613" w14:textId="77777777" w:rsidR="008B65E8" w:rsidRPr="00AC439A" w:rsidRDefault="008B65E8" w:rsidP="00504A45">
      <w:pPr>
        <w:rPr>
          <w:b/>
          <w:sz w:val="22"/>
          <w:lang w:val="it-IT"/>
        </w:rPr>
      </w:pPr>
    </w:p>
    <w:p w14:paraId="70EE7283" w14:textId="429F20B3" w:rsidR="00504A45" w:rsidRPr="00AC439A" w:rsidRDefault="00504A45" w:rsidP="00504A45">
      <w:pPr>
        <w:rPr>
          <w:sz w:val="22"/>
        </w:rPr>
      </w:pPr>
      <w:r w:rsidRPr="00AC439A">
        <w:rPr>
          <w:b/>
          <w:bCs/>
          <w:sz w:val="22"/>
          <w:lang w:val="it-IT"/>
        </w:rPr>
        <w:t xml:space="preserve">Genitore 1 – </w:t>
      </w:r>
      <w:r w:rsidRPr="00AC439A">
        <w:rPr>
          <w:sz w:val="22"/>
        </w:rPr>
        <w:t>Cognome: ________________  Nome: __________________________________</w:t>
      </w:r>
    </w:p>
    <w:p w14:paraId="4F2D1E6D" w14:textId="77777777" w:rsidR="00AC439A" w:rsidRPr="00AC439A" w:rsidRDefault="00AC439A" w:rsidP="00504A45">
      <w:pPr>
        <w:rPr>
          <w:sz w:val="22"/>
        </w:rPr>
      </w:pPr>
    </w:p>
    <w:p w14:paraId="7D41906B" w14:textId="45C854D9" w:rsidR="00504A45" w:rsidRDefault="00504A45" w:rsidP="00504A45">
      <w:pPr>
        <w:rPr>
          <w:sz w:val="22"/>
        </w:rPr>
      </w:pPr>
      <w:r w:rsidRPr="00AC439A">
        <w:rPr>
          <w:b/>
          <w:bCs/>
          <w:sz w:val="22"/>
          <w:lang w:val="it-IT"/>
        </w:rPr>
        <w:t xml:space="preserve">Genitore 2 – </w:t>
      </w:r>
      <w:r w:rsidRPr="00AC439A">
        <w:rPr>
          <w:sz w:val="22"/>
        </w:rPr>
        <w:t>Cognome: ________________  Nome: __________________________________</w:t>
      </w:r>
    </w:p>
    <w:p w14:paraId="0EB8F3BD" w14:textId="77777777" w:rsidR="008B65E8" w:rsidRPr="00AC439A" w:rsidRDefault="008B65E8" w:rsidP="00504A45">
      <w:pPr>
        <w:rPr>
          <w:sz w:val="22"/>
        </w:rPr>
      </w:pPr>
    </w:p>
    <w:p w14:paraId="3917B4D2" w14:textId="77777777" w:rsidR="00504A45" w:rsidRPr="00AC439A" w:rsidRDefault="00504A45" w:rsidP="00504A45">
      <w:pPr>
        <w:rPr>
          <w:b/>
          <w:bCs/>
          <w:sz w:val="22"/>
          <w:lang w:val="it-IT"/>
        </w:rPr>
      </w:pPr>
      <w:r w:rsidRPr="00AC439A">
        <w:rPr>
          <w:b/>
          <w:bCs/>
          <w:sz w:val="22"/>
          <w:lang w:val="it-IT"/>
        </w:rPr>
        <w:t>in qualità di genitori/tutori dell’alunno/a:</w:t>
      </w:r>
    </w:p>
    <w:p w14:paraId="6395C830" w14:textId="4AD8FC31" w:rsidR="00504A45" w:rsidRPr="00AC439A" w:rsidRDefault="00504A45" w:rsidP="00504A45">
      <w:pPr>
        <w:rPr>
          <w:sz w:val="22"/>
        </w:rPr>
      </w:pPr>
      <w:r w:rsidRPr="00AC439A">
        <w:rPr>
          <w:sz w:val="22"/>
        </w:rPr>
        <w:t>Cognome: ____________________________Nome: ___________________________________</w:t>
      </w:r>
    </w:p>
    <w:p w14:paraId="68299DA0" w14:textId="57BEB07C" w:rsidR="00504A45" w:rsidRPr="00AC439A" w:rsidRDefault="00504A45" w:rsidP="00504A45">
      <w:pPr>
        <w:rPr>
          <w:sz w:val="22"/>
        </w:rPr>
      </w:pPr>
      <w:r w:rsidRPr="00AC439A">
        <w:rPr>
          <w:sz w:val="22"/>
        </w:rPr>
        <w:t xml:space="preserve">Classe: </w:t>
      </w:r>
      <w:r w:rsidR="008B65E8">
        <w:rPr>
          <w:sz w:val="22"/>
        </w:rPr>
        <w:t>V</w:t>
      </w:r>
      <w:r w:rsidRPr="00AC439A">
        <w:rPr>
          <w:sz w:val="22"/>
        </w:rPr>
        <w:t xml:space="preserve">    Sezione: __________    </w:t>
      </w:r>
    </w:p>
    <w:p w14:paraId="41A648FC" w14:textId="64BB3C48" w:rsidR="008B65E8" w:rsidRDefault="00504A45" w:rsidP="00AC439A">
      <w:pPr>
        <w:rPr>
          <w:sz w:val="22"/>
        </w:rPr>
      </w:pPr>
      <w:r w:rsidRPr="00AC439A">
        <w:rPr>
          <w:b/>
          <w:sz w:val="22"/>
          <w:lang w:val="it-IT"/>
        </w:rPr>
        <w:br/>
      </w:r>
      <w:r w:rsidR="008B65E8">
        <w:rPr>
          <w:sz w:val="22"/>
        </w:rPr>
        <w:t>d</w:t>
      </w:r>
      <w:r w:rsidR="008B65E8" w:rsidRPr="008B65E8">
        <w:rPr>
          <w:sz w:val="22"/>
        </w:rPr>
        <w:t xml:space="preserve">ichiarano di voler iscrivere il/la proprio/a figlio/a al progetto </w:t>
      </w:r>
      <w:r w:rsidR="008B65E8" w:rsidRPr="008B65E8">
        <w:rPr>
          <w:b/>
          <w:bCs/>
          <w:sz w:val="22"/>
        </w:rPr>
        <w:t>“Gibellina Capitale Italiana dell’Arte Contemporanea 2026”</w:t>
      </w:r>
      <w:r w:rsidR="008B65E8" w:rsidRPr="008B65E8">
        <w:rPr>
          <w:sz w:val="22"/>
        </w:rPr>
        <w:t>, che si svolgerà secondo le modalità e nell’ambito delle attività previste dalla relativa circolare.</w:t>
      </w:r>
    </w:p>
    <w:p w14:paraId="08B3BF6C" w14:textId="77777777" w:rsidR="008B65E8" w:rsidRDefault="008B65E8" w:rsidP="00AC439A">
      <w:pPr>
        <w:rPr>
          <w:sz w:val="22"/>
        </w:rPr>
      </w:pPr>
    </w:p>
    <w:p w14:paraId="4F4C065F" w14:textId="234AD400" w:rsidR="00AC439A" w:rsidRPr="00AC439A" w:rsidRDefault="00AC439A" w:rsidP="00AC439A">
      <w:pPr>
        <w:rPr>
          <w:lang w:val="it-IT"/>
        </w:rPr>
      </w:pPr>
      <w:r w:rsidRPr="00AC439A">
        <w:rPr>
          <w:b/>
          <w:bCs/>
          <w:lang w:val="it-IT"/>
        </w:rPr>
        <w:t>Genitore 1</w:t>
      </w:r>
    </w:p>
    <w:p w14:paraId="57C3F1D0" w14:textId="41F7DAE5" w:rsidR="00AC439A" w:rsidRPr="00AC439A" w:rsidRDefault="00AC439A" w:rsidP="00AC439A">
      <w:pPr>
        <w:rPr>
          <w:lang w:val="it-IT"/>
        </w:rPr>
      </w:pPr>
      <w:r w:rsidRPr="00AC439A">
        <w:rPr>
          <w:lang w:val="it-IT"/>
        </w:rPr>
        <w:t xml:space="preserve">Data </w:t>
      </w:r>
      <w:r>
        <w:rPr>
          <w:b/>
          <w:bCs/>
          <w:lang w:val="it-IT"/>
        </w:rPr>
        <w:t xml:space="preserve">____________                                              </w:t>
      </w:r>
      <w:r w:rsidRPr="00AC439A">
        <w:rPr>
          <w:lang w:val="it-IT"/>
        </w:rPr>
        <w:t>Firma _____________________________________</w:t>
      </w:r>
    </w:p>
    <w:p w14:paraId="432978DF" w14:textId="3AA3FB3B" w:rsidR="00AC439A" w:rsidRPr="00AC439A" w:rsidRDefault="00AC439A" w:rsidP="00AC439A">
      <w:pPr>
        <w:rPr>
          <w:lang w:val="it-IT"/>
        </w:rPr>
      </w:pPr>
      <w:r w:rsidRPr="00AC439A">
        <w:rPr>
          <w:b/>
          <w:bCs/>
          <w:lang w:val="it-IT"/>
        </w:rPr>
        <w:t xml:space="preserve">Genitore </w:t>
      </w:r>
      <w:r>
        <w:rPr>
          <w:b/>
          <w:bCs/>
          <w:lang w:val="it-IT"/>
        </w:rPr>
        <w:t>2</w:t>
      </w:r>
    </w:p>
    <w:p w14:paraId="290EDBCE" w14:textId="77777777" w:rsidR="00AC439A" w:rsidRPr="00AC439A" w:rsidRDefault="00AC439A" w:rsidP="00AC439A">
      <w:pPr>
        <w:rPr>
          <w:lang w:val="it-IT"/>
        </w:rPr>
      </w:pPr>
      <w:r w:rsidRPr="00AC439A">
        <w:rPr>
          <w:lang w:val="it-IT"/>
        </w:rPr>
        <w:t xml:space="preserve">Data </w:t>
      </w:r>
      <w:r>
        <w:rPr>
          <w:b/>
          <w:bCs/>
          <w:lang w:val="it-IT"/>
        </w:rPr>
        <w:t xml:space="preserve">____________                                              </w:t>
      </w:r>
      <w:r w:rsidRPr="00AC439A">
        <w:rPr>
          <w:lang w:val="it-IT"/>
        </w:rPr>
        <w:t>Firma _____________________________________</w:t>
      </w:r>
    </w:p>
    <w:p w14:paraId="6EAC0D06" w14:textId="77777777" w:rsidR="00053A7A" w:rsidRDefault="00000000">
      <w:r>
        <w:t>Nel caso di firma di un solo genitore, il/la sottoscritto/a dichiara di effettuare la presente iscrizione in osservanza delle disposizioni sulla responsabilità genitoriale e consapevole delle responsabilità derivanti dalle dichiarazioni rese.</w:t>
      </w:r>
    </w:p>
    <w:p w14:paraId="0B16E60D" w14:textId="77777777" w:rsidR="00AC439A" w:rsidRDefault="00AC439A"/>
    <w:p w14:paraId="597C9F4E" w14:textId="77777777" w:rsidR="00053A7A" w:rsidRDefault="00000000">
      <w:r>
        <w:t>Firma: ______________________________________________________________</w:t>
      </w:r>
    </w:p>
    <w:p w14:paraId="7C165022" w14:textId="77777777" w:rsidR="00AC439A" w:rsidRDefault="00AC439A">
      <w:pPr>
        <w:jc w:val="center"/>
        <w:rPr>
          <w:i/>
          <w:sz w:val="18"/>
        </w:rPr>
      </w:pPr>
    </w:p>
    <w:p w14:paraId="1CF8648E" w14:textId="3B74E8EA" w:rsidR="00053A7A" w:rsidRDefault="00000000">
      <w:pPr>
        <w:jc w:val="center"/>
      </w:pPr>
      <w:r>
        <w:rPr>
          <w:i/>
          <w:sz w:val="18"/>
        </w:rPr>
        <w:t xml:space="preserve">Il presente modulo dovrà essere restituito alla </w:t>
      </w:r>
      <w:r w:rsidR="00AC439A">
        <w:rPr>
          <w:i/>
          <w:sz w:val="18"/>
        </w:rPr>
        <w:t>docente della classe di appartenenza</w:t>
      </w:r>
      <w:r>
        <w:rPr>
          <w:i/>
          <w:sz w:val="18"/>
        </w:rPr>
        <w:t xml:space="preserve"> debitamente compilato e firmato.</w:t>
      </w:r>
    </w:p>
    <w:sectPr w:rsidR="00053A7A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BC5A83"/>
    <w:multiLevelType w:val="multilevel"/>
    <w:tmpl w:val="4C5C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C43188"/>
    <w:multiLevelType w:val="hybridMultilevel"/>
    <w:tmpl w:val="C2D88BBA"/>
    <w:lvl w:ilvl="0" w:tplc="86A873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940007">
    <w:abstractNumId w:val="8"/>
  </w:num>
  <w:num w:numId="2" w16cid:durableId="439379658">
    <w:abstractNumId w:val="6"/>
  </w:num>
  <w:num w:numId="3" w16cid:durableId="313872209">
    <w:abstractNumId w:val="5"/>
  </w:num>
  <w:num w:numId="4" w16cid:durableId="180896959">
    <w:abstractNumId w:val="4"/>
  </w:num>
  <w:num w:numId="5" w16cid:durableId="25831925">
    <w:abstractNumId w:val="7"/>
  </w:num>
  <w:num w:numId="6" w16cid:durableId="1038286933">
    <w:abstractNumId w:val="3"/>
  </w:num>
  <w:num w:numId="7" w16cid:durableId="969095133">
    <w:abstractNumId w:val="2"/>
  </w:num>
  <w:num w:numId="8" w16cid:durableId="607934578">
    <w:abstractNumId w:val="1"/>
  </w:num>
  <w:num w:numId="9" w16cid:durableId="42412912">
    <w:abstractNumId w:val="0"/>
  </w:num>
  <w:num w:numId="10" w16cid:durableId="434902679">
    <w:abstractNumId w:val="9"/>
  </w:num>
  <w:num w:numId="11" w16cid:durableId="17202065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A7A"/>
    <w:rsid w:val="0006063C"/>
    <w:rsid w:val="0015074B"/>
    <w:rsid w:val="0029639D"/>
    <w:rsid w:val="00326F90"/>
    <w:rsid w:val="00504A45"/>
    <w:rsid w:val="008B65E8"/>
    <w:rsid w:val="008C0643"/>
    <w:rsid w:val="009B7C2B"/>
    <w:rsid w:val="00AA1D8D"/>
    <w:rsid w:val="00AC439A"/>
    <w:rsid w:val="00B47730"/>
    <w:rsid w:val="00CB0664"/>
    <w:rsid w:val="00D833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1BCD6"/>
  <w14:defaultImageDpi w14:val="300"/>
  <w15:docId w15:val="{D4D9C177-0DDD-4933-A04C-2DAB9998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A45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504A4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 Moll</cp:lastModifiedBy>
  <cp:revision>3</cp:revision>
  <dcterms:created xsi:type="dcterms:W3CDTF">2026-09-21T06:25:00Z</dcterms:created>
  <dcterms:modified xsi:type="dcterms:W3CDTF">2026-10-04T18:55:00Z</dcterms:modified>
  <cp:category/>
</cp:coreProperties>
</file>