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EC38" w14:textId="4DC96F65" w:rsidR="00053A7A" w:rsidRDefault="00000000">
      <w:pPr>
        <w:jc w:val="center"/>
      </w:pPr>
      <w:r>
        <w:rPr>
          <w:b/>
          <w:sz w:val="32"/>
        </w:rPr>
        <w:t>MODULO DI ISCRIZIONE AI CORSI</w:t>
      </w:r>
      <w:r w:rsidR="00504A45">
        <w:rPr>
          <w:b/>
          <w:sz w:val="32"/>
        </w:rPr>
        <w:t xml:space="preserve"> AUTUNNALI</w:t>
      </w:r>
    </w:p>
    <w:p w14:paraId="7055F2E9" w14:textId="77777777" w:rsidR="00053A7A" w:rsidRDefault="00000000">
      <w:pPr>
        <w:jc w:val="center"/>
      </w:pPr>
      <w:r>
        <w:rPr>
          <w:b/>
        </w:rPr>
        <w:t>Anno scolastico 2026/2027</w:t>
      </w:r>
    </w:p>
    <w:p w14:paraId="010584E2" w14:textId="77777777" w:rsidR="00504A45" w:rsidRPr="00AC439A" w:rsidRDefault="00504A45">
      <w:pPr>
        <w:rPr>
          <w:b/>
          <w:sz w:val="22"/>
        </w:rPr>
      </w:pPr>
    </w:p>
    <w:p w14:paraId="59F233CF" w14:textId="77777777" w:rsidR="00504A45" w:rsidRPr="00AC439A" w:rsidRDefault="00504A45" w:rsidP="00504A45">
      <w:pPr>
        <w:rPr>
          <w:b/>
          <w:sz w:val="22"/>
          <w:lang w:val="it-IT"/>
        </w:rPr>
      </w:pPr>
      <w:r w:rsidRPr="00AC439A">
        <w:rPr>
          <w:b/>
          <w:bCs/>
          <w:sz w:val="22"/>
          <w:lang w:val="it-IT"/>
        </w:rPr>
        <w:t>I sottoscritti genitori/tutori:</w:t>
      </w:r>
    </w:p>
    <w:p w14:paraId="70EE7283" w14:textId="429F20B3" w:rsidR="00504A45" w:rsidRPr="00AC439A" w:rsidRDefault="00504A45" w:rsidP="00504A45">
      <w:pPr>
        <w:rPr>
          <w:sz w:val="22"/>
        </w:rPr>
      </w:pPr>
      <w:r w:rsidRPr="00AC439A">
        <w:rPr>
          <w:b/>
          <w:bCs/>
          <w:sz w:val="22"/>
          <w:lang w:val="it-IT"/>
        </w:rPr>
        <w:t xml:space="preserve">Genitore 1 – </w:t>
      </w:r>
      <w:proofErr w:type="spellStart"/>
      <w:r w:rsidRPr="00AC439A">
        <w:rPr>
          <w:sz w:val="22"/>
        </w:rPr>
        <w:t>Cognome</w:t>
      </w:r>
      <w:proofErr w:type="spellEnd"/>
      <w:r w:rsidRPr="00AC439A">
        <w:rPr>
          <w:sz w:val="22"/>
        </w:rPr>
        <w:t>: ________________</w:t>
      </w:r>
      <w:r w:rsidRPr="00AC439A">
        <w:rPr>
          <w:sz w:val="22"/>
        </w:rPr>
        <w:t xml:space="preserve">  </w:t>
      </w:r>
      <w:r w:rsidRPr="00AC439A">
        <w:rPr>
          <w:sz w:val="22"/>
        </w:rPr>
        <w:t>Nome: __________________________________</w:t>
      </w:r>
    </w:p>
    <w:p w14:paraId="4F2D1E6D" w14:textId="77777777" w:rsidR="00AC439A" w:rsidRPr="00AC439A" w:rsidRDefault="00AC439A" w:rsidP="00504A45">
      <w:pPr>
        <w:rPr>
          <w:sz w:val="22"/>
        </w:rPr>
      </w:pPr>
    </w:p>
    <w:p w14:paraId="7D41906B" w14:textId="45C854D9" w:rsidR="00504A45" w:rsidRPr="00AC439A" w:rsidRDefault="00504A45" w:rsidP="00504A45">
      <w:pPr>
        <w:rPr>
          <w:sz w:val="22"/>
        </w:rPr>
      </w:pPr>
      <w:r w:rsidRPr="00AC439A">
        <w:rPr>
          <w:b/>
          <w:bCs/>
          <w:sz w:val="22"/>
          <w:lang w:val="it-IT"/>
        </w:rPr>
        <w:t xml:space="preserve">Genitore </w:t>
      </w:r>
      <w:r w:rsidRPr="00AC439A">
        <w:rPr>
          <w:b/>
          <w:bCs/>
          <w:sz w:val="22"/>
          <w:lang w:val="it-IT"/>
        </w:rPr>
        <w:t>2</w:t>
      </w:r>
      <w:r w:rsidRPr="00AC439A">
        <w:rPr>
          <w:b/>
          <w:bCs/>
          <w:sz w:val="22"/>
          <w:lang w:val="it-IT"/>
        </w:rPr>
        <w:t xml:space="preserve"> – </w:t>
      </w:r>
      <w:proofErr w:type="spellStart"/>
      <w:r w:rsidRPr="00AC439A">
        <w:rPr>
          <w:sz w:val="22"/>
        </w:rPr>
        <w:t>Cognome</w:t>
      </w:r>
      <w:proofErr w:type="spellEnd"/>
      <w:r w:rsidRPr="00AC439A">
        <w:rPr>
          <w:sz w:val="22"/>
        </w:rPr>
        <w:t>: ________________  Nome: __________________________________</w:t>
      </w:r>
    </w:p>
    <w:p w14:paraId="273584FD" w14:textId="77777777" w:rsidR="00AC439A" w:rsidRPr="00AC439A" w:rsidRDefault="00AC439A" w:rsidP="00504A45">
      <w:pPr>
        <w:rPr>
          <w:sz w:val="22"/>
        </w:rPr>
      </w:pPr>
    </w:p>
    <w:p w14:paraId="3917B4D2" w14:textId="77777777" w:rsidR="00504A45" w:rsidRPr="00AC439A" w:rsidRDefault="00504A45" w:rsidP="00504A45">
      <w:pPr>
        <w:rPr>
          <w:b/>
          <w:bCs/>
          <w:sz w:val="22"/>
          <w:lang w:val="it-IT"/>
        </w:rPr>
      </w:pPr>
      <w:r w:rsidRPr="00AC439A">
        <w:rPr>
          <w:b/>
          <w:bCs/>
          <w:sz w:val="22"/>
          <w:lang w:val="it-IT"/>
        </w:rPr>
        <w:t>in qualità di genitori/tutori dell’alunno/a:</w:t>
      </w:r>
    </w:p>
    <w:p w14:paraId="6395C830" w14:textId="4AD8FC31" w:rsidR="00504A45" w:rsidRPr="00AC439A" w:rsidRDefault="00504A45" w:rsidP="00504A45">
      <w:pPr>
        <w:rPr>
          <w:sz w:val="22"/>
        </w:rPr>
      </w:pPr>
      <w:proofErr w:type="spellStart"/>
      <w:r w:rsidRPr="00AC439A">
        <w:rPr>
          <w:sz w:val="22"/>
        </w:rPr>
        <w:t>Cognome</w:t>
      </w:r>
      <w:proofErr w:type="spellEnd"/>
      <w:r w:rsidRPr="00AC439A">
        <w:rPr>
          <w:sz w:val="22"/>
        </w:rPr>
        <w:t>: ____________________________Nome: ___________________________________</w:t>
      </w:r>
    </w:p>
    <w:p w14:paraId="68299DA0" w14:textId="77777777" w:rsidR="00504A45" w:rsidRPr="00AC439A" w:rsidRDefault="00504A45" w:rsidP="00504A45">
      <w:pPr>
        <w:rPr>
          <w:sz w:val="22"/>
        </w:rPr>
      </w:pPr>
      <w:r w:rsidRPr="00AC439A">
        <w:rPr>
          <w:sz w:val="22"/>
        </w:rPr>
        <w:t xml:space="preserve">Classe: __________    </w:t>
      </w:r>
      <w:proofErr w:type="spellStart"/>
      <w:r w:rsidRPr="00AC439A">
        <w:rPr>
          <w:sz w:val="22"/>
        </w:rPr>
        <w:t>Sezione</w:t>
      </w:r>
      <w:proofErr w:type="spellEnd"/>
      <w:r w:rsidRPr="00AC439A">
        <w:rPr>
          <w:sz w:val="22"/>
        </w:rPr>
        <w:t>: __________    Plesso: _________________________________</w:t>
      </w:r>
    </w:p>
    <w:p w14:paraId="0F27F1A1" w14:textId="5DBC84EE" w:rsidR="00053A7A" w:rsidRPr="00AC439A" w:rsidRDefault="00504A45">
      <w:pPr>
        <w:rPr>
          <w:sz w:val="22"/>
        </w:rPr>
      </w:pPr>
      <w:r w:rsidRPr="00AC439A">
        <w:rPr>
          <w:b/>
          <w:sz w:val="22"/>
          <w:lang w:val="it-IT"/>
        </w:rPr>
        <w:br/>
      </w:r>
      <w:proofErr w:type="spellStart"/>
      <w:r w:rsidR="00000000" w:rsidRPr="00AC439A">
        <w:rPr>
          <w:sz w:val="22"/>
        </w:rPr>
        <w:t>dichiara</w:t>
      </w:r>
      <w:r w:rsidRPr="00AC439A">
        <w:rPr>
          <w:sz w:val="22"/>
        </w:rPr>
        <w:t>no</w:t>
      </w:r>
      <w:proofErr w:type="spellEnd"/>
      <w:r w:rsidR="00000000" w:rsidRPr="00AC439A">
        <w:rPr>
          <w:sz w:val="22"/>
        </w:rPr>
        <w:t xml:space="preserve"> di </w:t>
      </w:r>
      <w:proofErr w:type="spellStart"/>
      <w:r w:rsidR="00000000" w:rsidRPr="00AC439A">
        <w:rPr>
          <w:sz w:val="22"/>
        </w:rPr>
        <w:t>voler</w:t>
      </w:r>
      <w:proofErr w:type="spellEnd"/>
      <w:r w:rsidR="00000000" w:rsidRPr="00AC439A">
        <w:rPr>
          <w:sz w:val="22"/>
        </w:rPr>
        <w:t xml:space="preserve"> </w:t>
      </w:r>
      <w:proofErr w:type="spellStart"/>
      <w:r w:rsidR="00000000" w:rsidRPr="00AC439A">
        <w:rPr>
          <w:sz w:val="22"/>
        </w:rPr>
        <w:t>iscrivere</w:t>
      </w:r>
      <w:proofErr w:type="spellEnd"/>
      <w:r w:rsidR="00000000" w:rsidRPr="00AC439A">
        <w:rPr>
          <w:sz w:val="22"/>
        </w:rPr>
        <w:t xml:space="preserve"> il/la proprio/a figlio/a al/ai seguente/i corso/i. Apporre una X </w:t>
      </w:r>
      <w:proofErr w:type="spellStart"/>
      <w:r w:rsidR="00000000" w:rsidRPr="00AC439A">
        <w:rPr>
          <w:sz w:val="22"/>
        </w:rPr>
        <w:t>nella</w:t>
      </w:r>
      <w:proofErr w:type="spellEnd"/>
      <w:r w:rsidR="00000000" w:rsidRPr="00AC439A">
        <w:rPr>
          <w:sz w:val="22"/>
        </w:rPr>
        <w:t xml:space="preserve"> </w:t>
      </w:r>
      <w:proofErr w:type="spellStart"/>
      <w:r w:rsidR="00000000" w:rsidRPr="00AC439A">
        <w:rPr>
          <w:sz w:val="22"/>
        </w:rPr>
        <w:t>casella</w:t>
      </w:r>
      <w:proofErr w:type="spellEnd"/>
      <w:r w:rsidR="00000000" w:rsidRPr="00AC439A">
        <w:rPr>
          <w:sz w:val="22"/>
        </w:rPr>
        <w:t xml:space="preserve"> </w:t>
      </w:r>
      <w:proofErr w:type="spellStart"/>
      <w:r w:rsidR="00000000" w:rsidRPr="00AC439A">
        <w:rPr>
          <w:sz w:val="22"/>
        </w:rPr>
        <w:t>corrispondente</w:t>
      </w:r>
      <w:proofErr w:type="spellEnd"/>
      <w:r w:rsidR="00000000" w:rsidRPr="00AC439A">
        <w:rPr>
          <w:sz w:val="22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504A45" w14:paraId="0E89D9BB" w14:textId="77777777" w:rsidTr="00504A45">
        <w:tc>
          <w:tcPr>
            <w:tcW w:w="7655" w:type="dxa"/>
          </w:tcPr>
          <w:p w14:paraId="211A4F8C" w14:textId="3DD92A1D" w:rsidR="00504A45" w:rsidRDefault="00504A45" w:rsidP="00504A4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CORS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PRIMARIA LIPARI</w:t>
            </w:r>
          </w:p>
          <w:p w14:paraId="2CE3583A" w14:textId="096A672F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BC6C5C" w14:textId="77777777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 COINVOLTE</w:t>
            </w:r>
          </w:p>
        </w:tc>
      </w:tr>
      <w:tr w:rsidR="00504A45" w14:paraId="48403282" w14:textId="77777777" w:rsidTr="00504A45">
        <w:tc>
          <w:tcPr>
            <w:tcW w:w="7655" w:type="dxa"/>
          </w:tcPr>
          <w:p w14:paraId="5972851E" w14:textId="77777777" w:rsidR="00504A45" w:rsidRPr="00504A45" w:rsidRDefault="00504A45" w:rsidP="00504A45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04A45">
              <w:rPr>
                <w:sz w:val="24"/>
                <w:szCs w:val="24"/>
              </w:rPr>
              <w:t xml:space="preserve">English Fun Lab: </w:t>
            </w:r>
            <w:proofErr w:type="spellStart"/>
            <w:r w:rsidRPr="00504A45">
              <w:rPr>
                <w:sz w:val="24"/>
                <w:szCs w:val="24"/>
              </w:rPr>
              <w:t>Imparare</w:t>
            </w:r>
            <w:proofErr w:type="spellEnd"/>
            <w:r w:rsidRPr="00504A45">
              <w:rPr>
                <w:sz w:val="24"/>
                <w:szCs w:val="24"/>
              </w:rPr>
              <w:t xml:space="preserve"> </w:t>
            </w:r>
            <w:proofErr w:type="spellStart"/>
            <w:r w:rsidRPr="00504A45">
              <w:rPr>
                <w:sz w:val="24"/>
                <w:szCs w:val="24"/>
              </w:rPr>
              <w:t>l’inglese</w:t>
            </w:r>
            <w:proofErr w:type="spellEnd"/>
            <w:r w:rsidRPr="00504A45">
              <w:rPr>
                <w:sz w:val="24"/>
                <w:szCs w:val="24"/>
              </w:rPr>
              <w:t xml:space="preserve"> </w:t>
            </w:r>
            <w:proofErr w:type="spellStart"/>
            <w:r w:rsidRPr="00504A45">
              <w:rPr>
                <w:sz w:val="24"/>
                <w:szCs w:val="24"/>
              </w:rPr>
              <w:t>giocando</w:t>
            </w:r>
            <w:proofErr w:type="spellEnd"/>
          </w:p>
        </w:tc>
        <w:tc>
          <w:tcPr>
            <w:tcW w:w="1843" w:type="dxa"/>
          </w:tcPr>
          <w:p w14:paraId="1969B3DB" w14:textId="77777777" w:rsidR="00504A45" w:rsidRDefault="00504A45" w:rsidP="0036635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terze</w:t>
            </w:r>
            <w:proofErr w:type="spellEnd"/>
          </w:p>
        </w:tc>
      </w:tr>
      <w:tr w:rsidR="00504A45" w14:paraId="3430808E" w14:textId="77777777" w:rsidTr="00504A45">
        <w:tc>
          <w:tcPr>
            <w:tcW w:w="7655" w:type="dxa"/>
          </w:tcPr>
          <w:p w14:paraId="61DE7FAA" w14:textId="77777777" w:rsidR="00504A45" w:rsidRPr="00504A45" w:rsidRDefault="00504A45" w:rsidP="00504A45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04A45">
              <w:rPr>
                <w:sz w:val="24"/>
                <w:szCs w:val="24"/>
              </w:rPr>
              <w:t xml:space="preserve">Fabbrica delle Storie: </w:t>
            </w:r>
            <w:proofErr w:type="spellStart"/>
            <w:r w:rsidRPr="00504A45">
              <w:rPr>
                <w:sz w:val="24"/>
                <w:szCs w:val="24"/>
              </w:rPr>
              <w:t>laboratorio</w:t>
            </w:r>
            <w:proofErr w:type="spellEnd"/>
            <w:r w:rsidRPr="00504A45">
              <w:rPr>
                <w:sz w:val="24"/>
                <w:szCs w:val="24"/>
              </w:rPr>
              <w:t xml:space="preserve"> di Scrittura e Creatività </w:t>
            </w:r>
          </w:p>
        </w:tc>
        <w:tc>
          <w:tcPr>
            <w:tcW w:w="1843" w:type="dxa"/>
          </w:tcPr>
          <w:p w14:paraId="2FD47FD0" w14:textId="77777777" w:rsidR="00504A45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quarte</w:t>
            </w:r>
          </w:p>
        </w:tc>
      </w:tr>
      <w:tr w:rsidR="00504A45" w14:paraId="24644030" w14:textId="77777777" w:rsidTr="00504A45">
        <w:tc>
          <w:tcPr>
            <w:tcW w:w="7655" w:type="dxa"/>
          </w:tcPr>
          <w:p w14:paraId="43C09D87" w14:textId="77777777" w:rsidR="00504A45" w:rsidRPr="00504A45" w:rsidRDefault="00504A45" w:rsidP="00504A45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proofErr w:type="spellStart"/>
            <w:r w:rsidRPr="00504A45">
              <w:rPr>
                <w:sz w:val="24"/>
                <w:szCs w:val="24"/>
              </w:rPr>
              <w:t>Officina</w:t>
            </w:r>
            <w:proofErr w:type="spellEnd"/>
            <w:r w:rsidRPr="00504A45">
              <w:rPr>
                <w:sz w:val="24"/>
                <w:szCs w:val="24"/>
              </w:rPr>
              <w:t xml:space="preserve"> delle </w:t>
            </w:r>
            <w:proofErr w:type="spellStart"/>
            <w:r w:rsidRPr="00504A45">
              <w:rPr>
                <w:sz w:val="24"/>
                <w:szCs w:val="24"/>
              </w:rPr>
              <w:t>Scoperte</w:t>
            </w:r>
            <w:proofErr w:type="spellEnd"/>
            <w:r w:rsidRPr="00504A45">
              <w:rPr>
                <w:sz w:val="24"/>
                <w:szCs w:val="24"/>
              </w:rPr>
              <w:t xml:space="preserve">: </w:t>
            </w:r>
            <w:proofErr w:type="spellStart"/>
            <w:r w:rsidRPr="00504A45">
              <w:rPr>
                <w:sz w:val="24"/>
                <w:szCs w:val="24"/>
              </w:rPr>
              <w:t>scienza</w:t>
            </w:r>
            <w:proofErr w:type="spellEnd"/>
            <w:r w:rsidRPr="00504A45">
              <w:rPr>
                <w:sz w:val="24"/>
                <w:szCs w:val="24"/>
              </w:rPr>
              <w:t xml:space="preserve"> Viva e </w:t>
            </w:r>
            <w:proofErr w:type="spellStart"/>
            <w:r w:rsidRPr="00504A45">
              <w:rPr>
                <w:sz w:val="24"/>
                <w:szCs w:val="24"/>
              </w:rPr>
              <w:t>metodo</w:t>
            </w:r>
            <w:proofErr w:type="spellEnd"/>
            <w:r w:rsidRPr="00504A45">
              <w:rPr>
                <w:sz w:val="24"/>
                <w:szCs w:val="24"/>
              </w:rPr>
              <w:t xml:space="preserve"> </w:t>
            </w:r>
            <w:proofErr w:type="spellStart"/>
            <w:r w:rsidRPr="00504A45">
              <w:rPr>
                <w:sz w:val="24"/>
                <w:szCs w:val="24"/>
              </w:rPr>
              <w:t>Sperimentale</w:t>
            </w:r>
            <w:proofErr w:type="spellEnd"/>
          </w:p>
        </w:tc>
        <w:tc>
          <w:tcPr>
            <w:tcW w:w="1843" w:type="dxa"/>
          </w:tcPr>
          <w:p w14:paraId="4F682AFE" w14:textId="77777777" w:rsidR="00504A45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quinte</w:t>
            </w:r>
          </w:p>
        </w:tc>
      </w:tr>
    </w:tbl>
    <w:p w14:paraId="32D00AEA" w14:textId="5E056779" w:rsidR="00504A45" w:rsidRDefault="00504A45" w:rsidP="00504A45">
      <w:pPr>
        <w:rPr>
          <w:b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504A45" w14:paraId="20D3CEDD" w14:textId="77777777" w:rsidTr="00504A45">
        <w:tc>
          <w:tcPr>
            <w:tcW w:w="7655" w:type="dxa"/>
          </w:tcPr>
          <w:p w14:paraId="723F795D" w14:textId="075865CB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CORS</w:t>
            </w:r>
            <w:r w:rsidR="00AC439A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PRIMARIA STROMBOLI</w:t>
            </w:r>
          </w:p>
        </w:tc>
        <w:tc>
          <w:tcPr>
            <w:tcW w:w="1843" w:type="dxa"/>
          </w:tcPr>
          <w:p w14:paraId="081FD422" w14:textId="77777777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 COINVOLTE</w:t>
            </w:r>
          </w:p>
        </w:tc>
      </w:tr>
      <w:tr w:rsidR="00504A45" w14:paraId="57FE9803" w14:textId="77777777" w:rsidTr="00504A45">
        <w:tc>
          <w:tcPr>
            <w:tcW w:w="7655" w:type="dxa"/>
          </w:tcPr>
          <w:p w14:paraId="78B3B2B3" w14:textId="77777777" w:rsidR="00504A45" w:rsidRDefault="00504A45" w:rsidP="00504A45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proofErr w:type="spellStart"/>
            <w:r w:rsidRPr="00504A45">
              <w:rPr>
                <w:sz w:val="24"/>
                <w:szCs w:val="24"/>
              </w:rPr>
              <w:t>Matematica</w:t>
            </w:r>
            <w:proofErr w:type="spellEnd"/>
            <w:r w:rsidRPr="00504A45">
              <w:rPr>
                <w:sz w:val="24"/>
                <w:szCs w:val="24"/>
              </w:rPr>
              <w:t xml:space="preserve"> </w:t>
            </w:r>
            <w:proofErr w:type="spellStart"/>
            <w:r w:rsidRPr="00504A45">
              <w:rPr>
                <w:sz w:val="24"/>
                <w:szCs w:val="24"/>
              </w:rPr>
              <w:t>attiva</w:t>
            </w:r>
            <w:proofErr w:type="spellEnd"/>
            <w:r w:rsidRPr="00504A45">
              <w:rPr>
                <w:sz w:val="24"/>
                <w:szCs w:val="24"/>
              </w:rPr>
              <w:t xml:space="preserve">: </w:t>
            </w:r>
            <w:proofErr w:type="spellStart"/>
            <w:r w:rsidRPr="00504A45">
              <w:rPr>
                <w:sz w:val="24"/>
                <w:szCs w:val="24"/>
              </w:rPr>
              <w:t>logica</w:t>
            </w:r>
            <w:proofErr w:type="spellEnd"/>
            <w:r w:rsidRPr="00504A45">
              <w:rPr>
                <w:sz w:val="24"/>
                <w:szCs w:val="24"/>
              </w:rPr>
              <w:t xml:space="preserve">, numeri e </w:t>
            </w:r>
            <w:proofErr w:type="spellStart"/>
            <w:r w:rsidRPr="00504A45">
              <w:rPr>
                <w:sz w:val="24"/>
                <w:szCs w:val="24"/>
              </w:rPr>
              <w:t>strategie</w:t>
            </w:r>
            <w:proofErr w:type="spellEnd"/>
          </w:p>
        </w:tc>
        <w:tc>
          <w:tcPr>
            <w:tcW w:w="1843" w:type="dxa"/>
          </w:tcPr>
          <w:p w14:paraId="20DB62A2" w14:textId="77777777" w:rsidR="00504A45" w:rsidRPr="007C2388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 -  2</w:t>
            </w:r>
            <w:r>
              <w:rPr>
                <w:sz w:val="24"/>
                <w:szCs w:val="24"/>
                <w:vertAlign w:val="superscript"/>
              </w:rPr>
              <w:t xml:space="preserve">a </w:t>
            </w:r>
            <w:r>
              <w:rPr>
                <w:sz w:val="24"/>
                <w:szCs w:val="24"/>
              </w:rPr>
              <w:t>– 3</w:t>
            </w:r>
            <w:r w:rsidRPr="007C2388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504A45" w14:paraId="4159DC8B" w14:textId="77777777" w:rsidTr="00504A45">
        <w:tc>
          <w:tcPr>
            <w:tcW w:w="7655" w:type="dxa"/>
          </w:tcPr>
          <w:p w14:paraId="5D1A8DC5" w14:textId="77777777" w:rsidR="00504A45" w:rsidRPr="00504A45" w:rsidRDefault="00504A45" w:rsidP="00504A45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04A45">
              <w:rPr>
                <w:sz w:val="24"/>
                <w:szCs w:val="24"/>
              </w:rPr>
              <w:t xml:space="preserve">English for everyone: </w:t>
            </w:r>
            <w:proofErr w:type="spellStart"/>
            <w:r w:rsidRPr="00504A45">
              <w:rPr>
                <w:sz w:val="24"/>
                <w:szCs w:val="24"/>
              </w:rPr>
              <w:t>imparare</w:t>
            </w:r>
            <w:proofErr w:type="spellEnd"/>
            <w:r w:rsidRPr="00504A45">
              <w:rPr>
                <w:sz w:val="24"/>
                <w:szCs w:val="24"/>
              </w:rPr>
              <w:t xml:space="preserve"> </w:t>
            </w:r>
            <w:proofErr w:type="spellStart"/>
            <w:r w:rsidRPr="00504A45">
              <w:rPr>
                <w:sz w:val="24"/>
                <w:szCs w:val="24"/>
              </w:rPr>
              <w:t>insieme</w:t>
            </w:r>
            <w:proofErr w:type="spellEnd"/>
            <w:r w:rsidRPr="00504A45">
              <w:rPr>
                <w:sz w:val="24"/>
                <w:szCs w:val="24"/>
              </w:rPr>
              <w:t xml:space="preserve"> divertendosi </w:t>
            </w:r>
          </w:p>
          <w:p w14:paraId="5EBDA0DF" w14:textId="77777777" w:rsidR="00504A45" w:rsidRDefault="00504A45" w:rsidP="0036635B">
            <w:pPr>
              <w:pStyle w:val="Default"/>
            </w:pPr>
          </w:p>
        </w:tc>
        <w:tc>
          <w:tcPr>
            <w:tcW w:w="1843" w:type="dxa"/>
          </w:tcPr>
          <w:p w14:paraId="2BD170D7" w14:textId="77777777" w:rsidR="00504A45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 -  5</w:t>
            </w:r>
            <w:r>
              <w:rPr>
                <w:sz w:val="24"/>
                <w:szCs w:val="24"/>
                <w:vertAlign w:val="superscript"/>
              </w:rPr>
              <w:t xml:space="preserve">a </w:t>
            </w:r>
          </w:p>
        </w:tc>
      </w:tr>
    </w:tbl>
    <w:p w14:paraId="6E93A733" w14:textId="6E1BDE60" w:rsidR="00504A45" w:rsidRDefault="00504A45" w:rsidP="00504A45">
      <w:pPr>
        <w:rPr>
          <w:b/>
          <w:bCs/>
          <w:sz w:val="24"/>
          <w:szCs w:val="24"/>
        </w:rPr>
      </w:pPr>
    </w:p>
    <w:p w14:paraId="5987D19B" w14:textId="77777777" w:rsidR="00AC439A" w:rsidRDefault="00AC439A" w:rsidP="00504A45">
      <w:pPr>
        <w:rPr>
          <w:b/>
          <w:bCs/>
          <w:sz w:val="24"/>
          <w:szCs w:val="24"/>
        </w:rPr>
      </w:pPr>
    </w:p>
    <w:p w14:paraId="5562FA74" w14:textId="77777777" w:rsidR="00AC439A" w:rsidRDefault="00AC439A" w:rsidP="00504A45">
      <w:pPr>
        <w:rPr>
          <w:b/>
          <w:bCs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504A45" w14:paraId="61BEA740" w14:textId="77777777" w:rsidTr="00AC439A">
        <w:tc>
          <w:tcPr>
            <w:tcW w:w="7655" w:type="dxa"/>
          </w:tcPr>
          <w:p w14:paraId="31824B9C" w14:textId="2A1ADD04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CORSO</w:t>
            </w:r>
            <w:r w:rsidR="00AC439A">
              <w:rPr>
                <w:b/>
                <w:bCs/>
                <w:sz w:val="24"/>
                <w:szCs w:val="24"/>
              </w:rPr>
              <w:t xml:space="preserve"> </w:t>
            </w:r>
            <w:r w:rsidR="00AC439A">
              <w:rPr>
                <w:b/>
                <w:bCs/>
                <w:sz w:val="24"/>
                <w:szCs w:val="24"/>
              </w:rPr>
              <w:t>PRIMARIA MALFA</w:t>
            </w:r>
          </w:p>
        </w:tc>
        <w:tc>
          <w:tcPr>
            <w:tcW w:w="1843" w:type="dxa"/>
          </w:tcPr>
          <w:p w14:paraId="6E9B71B7" w14:textId="77777777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 COINVOLTE</w:t>
            </w:r>
          </w:p>
        </w:tc>
      </w:tr>
      <w:tr w:rsidR="00504A45" w14:paraId="361ED7F7" w14:textId="77777777" w:rsidTr="00AC439A">
        <w:tc>
          <w:tcPr>
            <w:tcW w:w="7655" w:type="dxa"/>
          </w:tcPr>
          <w:p w14:paraId="6A231DCF" w14:textId="77777777" w:rsidR="00504A45" w:rsidRPr="00AC439A" w:rsidRDefault="00504A45" w:rsidP="00AC439A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AC439A">
              <w:rPr>
                <w:sz w:val="24"/>
                <w:szCs w:val="24"/>
              </w:rPr>
              <w:t xml:space="preserve">Promuovere competenze nell’ambito STEAM attraverso esperienze laboratoriali integrate </w:t>
            </w:r>
          </w:p>
          <w:p w14:paraId="603B8D0D" w14:textId="77777777" w:rsidR="00504A45" w:rsidRDefault="00504A45" w:rsidP="003663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79F196A" w14:textId="77777777" w:rsidR="00504A45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A3EA2"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- 4</w:t>
            </w:r>
            <w:r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 -  5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504A45" w14:paraId="0B2A7C3E" w14:textId="77777777" w:rsidTr="00AC439A">
        <w:tc>
          <w:tcPr>
            <w:tcW w:w="7655" w:type="dxa"/>
          </w:tcPr>
          <w:p w14:paraId="584FDD25" w14:textId="77777777" w:rsidR="00504A45" w:rsidRDefault="00504A45" w:rsidP="00AC439A">
            <w:pPr>
              <w:pStyle w:val="Paragrafoelenco"/>
              <w:numPr>
                <w:ilvl w:val="0"/>
                <w:numId w:val="11"/>
              </w:numPr>
            </w:pPr>
            <w:r w:rsidRPr="00AC439A">
              <w:rPr>
                <w:sz w:val="24"/>
                <w:szCs w:val="24"/>
              </w:rPr>
              <w:t>Laboratorio di comunicazione, ascolto attivo e scrittura</w:t>
            </w:r>
          </w:p>
        </w:tc>
        <w:tc>
          <w:tcPr>
            <w:tcW w:w="1843" w:type="dxa"/>
          </w:tcPr>
          <w:p w14:paraId="0AE3BA0C" w14:textId="77777777" w:rsidR="00504A45" w:rsidRDefault="00504A45" w:rsidP="0036635B">
            <w:pPr>
              <w:rPr>
                <w:sz w:val="24"/>
                <w:szCs w:val="24"/>
              </w:rPr>
            </w:pPr>
          </w:p>
        </w:tc>
      </w:tr>
    </w:tbl>
    <w:p w14:paraId="77ED12D6" w14:textId="77777777" w:rsidR="00504A45" w:rsidRDefault="00504A45" w:rsidP="00504A45">
      <w:pPr>
        <w:rPr>
          <w:b/>
          <w:bCs/>
          <w:sz w:val="24"/>
          <w:szCs w:val="24"/>
        </w:rPr>
      </w:pPr>
    </w:p>
    <w:p w14:paraId="5CF8A469" w14:textId="77777777" w:rsidR="00504A45" w:rsidRPr="008629B2" w:rsidRDefault="00504A45" w:rsidP="00504A45">
      <w:pPr>
        <w:rPr>
          <w:sz w:val="24"/>
          <w:szCs w:val="24"/>
        </w:rPr>
      </w:pPr>
      <w:r w:rsidRPr="008629B2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SECONDARIA DI PRIMO GRADO MALFA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504A45" w14:paraId="22490DF7" w14:textId="77777777" w:rsidTr="00AC439A">
        <w:tc>
          <w:tcPr>
            <w:tcW w:w="7655" w:type="dxa"/>
          </w:tcPr>
          <w:p w14:paraId="49C835F9" w14:textId="77777777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CORSO</w:t>
            </w:r>
          </w:p>
        </w:tc>
        <w:tc>
          <w:tcPr>
            <w:tcW w:w="1843" w:type="dxa"/>
          </w:tcPr>
          <w:p w14:paraId="20CB6587" w14:textId="77777777" w:rsidR="00504A45" w:rsidRDefault="00504A45" w:rsidP="003663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CLASSI COINVOLTE</w:t>
            </w:r>
          </w:p>
        </w:tc>
      </w:tr>
      <w:tr w:rsidR="00504A45" w14:paraId="701C76D9" w14:textId="77777777" w:rsidTr="00AC439A">
        <w:tc>
          <w:tcPr>
            <w:tcW w:w="7655" w:type="dxa"/>
          </w:tcPr>
          <w:p w14:paraId="67A99478" w14:textId="77777777" w:rsidR="00504A45" w:rsidRPr="00AC439A" w:rsidRDefault="00504A45" w:rsidP="00AC439A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AC439A">
              <w:rPr>
                <w:sz w:val="24"/>
                <w:szCs w:val="24"/>
              </w:rPr>
              <w:t xml:space="preserve">Laboratorio di scrittura creativa: idee, emozioni e narrazione </w:t>
            </w:r>
          </w:p>
        </w:tc>
        <w:tc>
          <w:tcPr>
            <w:tcW w:w="1843" w:type="dxa"/>
          </w:tcPr>
          <w:p w14:paraId="6FB1B454" w14:textId="77777777" w:rsidR="00504A45" w:rsidRDefault="00504A45" w:rsidP="003663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e 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504A45" w14:paraId="5BBCC6CF" w14:textId="77777777" w:rsidTr="00AC439A">
        <w:tc>
          <w:tcPr>
            <w:tcW w:w="7655" w:type="dxa"/>
          </w:tcPr>
          <w:p w14:paraId="0F084B6F" w14:textId="77777777" w:rsidR="00504A45" w:rsidRPr="00AC439A" w:rsidRDefault="00504A45" w:rsidP="00AC439A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AC439A">
              <w:rPr>
                <w:sz w:val="24"/>
                <w:szCs w:val="24"/>
              </w:rPr>
              <w:t xml:space="preserve">Missione Robot: giochiamo a costruire e programmare </w:t>
            </w:r>
          </w:p>
        </w:tc>
        <w:tc>
          <w:tcPr>
            <w:tcW w:w="1843" w:type="dxa"/>
          </w:tcPr>
          <w:p w14:paraId="4C42AAAE" w14:textId="77777777" w:rsidR="00504A45" w:rsidRDefault="00504A45" w:rsidP="0036635B">
            <w:pPr>
              <w:rPr>
                <w:sz w:val="24"/>
                <w:szCs w:val="24"/>
              </w:rPr>
            </w:pPr>
            <w:r w:rsidRPr="008C62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a</w:t>
            </w:r>
            <w:r>
              <w:rPr>
                <w:sz w:val="24"/>
                <w:szCs w:val="24"/>
              </w:rPr>
              <w:t xml:space="preserve"> e 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</w:tc>
      </w:tr>
    </w:tbl>
    <w:p w14:paraId="1381CB0C" w14:textId="77777777" w:rsidR="00504A45" w:rsidRDefault="00504A45">
      <w:pPr>
        <w:rPr>
          <w:b/>
          <w:sz w:val="24"/>
        </w:rPr>
      </w:pPr>
    </w:p>
    <w:p w14:paraId="4F4C065F" w14:textId="77777777" w:rsidR="00AC439A" w:rsidRPr="00AC439A" w:rsidRDefault="00AC439A" w:rsidP="00AC439A">
      <w:pPr>
        <w:rPr>
          <w:lang w:val="it-IT"/>
        </w:rPr>
      </w:pPr>
      <w:r w:rsidRPr="00AC439A">
        <w:rPr>
          <w:b/>
          <w:bCs/>
          <w:lang w:val="it-IT"/>
        </w:rPr>
        <w:t>Genitore 1</w:t>
      </w:r>
    </w:p>
    <w:p w14:paraId="57C3F1D0" w14:textId="41F7DAE5" w:rsidR="00AC439A" w:rsidRPr="00AC439A" w:rsidRDefault="00AC439A" w:rsidP="00AC439A">
      <w:pPr>
        <w:rPr>
          <w:lang w:val="it-IT"/>
        </w:rPr>
      </w:pPr>
      <w:r w:rsidRPr="00AC439A">
        <w:rPr>
          <w:lang w:val="it-IT"/>
        </w:rPr>
        <w:t xml:space="preserve">Data </w:t>
      </w:r>
      <w:r>
        <w:rPr>
          <w:b/>
          <w:bCs/>
          <w:lang w:val="it-IT"/>
        </w:rPr>
        <w:t xml:space="preserve">____________                                              </w:t>
      </w:r>
      <w:r w:rsidRPr="00AC439A">
        <w:rPr>
          <w:lang w:val="it-IT"/>
        </w:rPr>
        <w:t>Firma _____________________________________</w:t>
      </w:r>
    </w:p>
    <w:p w14:paraId="432978DF" w14:textId="3AA3FB3B" w:rsidR="00AC439A" w:rsidRPr="00AC439A" w:rsidRDefault="00AC439A" w:rsidP="00AC439A">
      <w:pPr>
        <w:rPr>
          <w:lang w:val="it-IT"/>
        </w:rPr>
      </w:pPr>
      <w:r w:rsidRPr="00AC439A">
        <w:rPr>
          <w:b/>
          <w:bCs/>
          <w:lang w:val="it-IT"/>
        </w:rPr>
        <w:t xml:space="preserve">Genitore </w:t>
      </w:r>
      <w:r>
        <w:rPr>
          <w:b/>
          <w:bCs/>
          <w:lang w:val="it-IT"/>
        </w:rPr>
        <w:t>2</w:t>
      </w:r>
    </w:p>
    <w:p w14:paraId="290EDBCE" w14:textId="77777777" w:rsidR="00AC439A" w:rsidRPr="00AC439A" w:rsidRDefault="00AC439A" w:rsidP="00AC439A">
      <w:pPr>
        <w:rPr>
          <w:lang w:val="it-IT"/>
        </w:rPr>
      </w:pPr>
      <w:r w:rsidRPr="00AC439A">
        <w:rPr>
          <w:lang w:val="it-IT"/>
        </w:rPr>
        <w:t xml:space="preserve">Data </w:t>
      </w:r>
      <w:r>
        <w:rPr>
          <w:b/>
          <w:bCs/>
          <w:lang w:val="it-IT"/>
        </w:rPr>
        <w:t xml:space="preserve">____________                                              </w:t>
      </w:r>
      <w:r w:rsidRPr="00AC439A">
        <w:rPr>
          <w:lang w:val="it-IT"/>
        </w:rPr>
        <w:t>Firma _____________________________________</w:t>
      </w:r>
    </w:p>
    <w:p w14:paraId="535DB7B3" w14:textId="4A62CBD8" w:rsidR="00053A7A" w:rsidRDefault="00053A7A"/>
    <w:p w14:paraId="6EAC0D06" w14:textId="77777777" w:rsidR="00053A7A" w:rsidRDefault="00000000">
      <w:r>
        <w:t xml:space="preserve">Nel caso di firma di un solo genitore, il/la sottoscritto/a dichiara di effettuare la presente iscrizione in osservanza delle disposizioni sulla responsabilità genitoriale e consapevole delle responsabilità </w:t>
      </w:r>
      <w:proofErr w:type="spellStart"/>
      <w:r>
        <w:t>derivanti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rese.</w:t>
      </w:r>
    </w:p>
    <w:p w14:paraId="0B16E60D" w14:textId="77777777" w:rsidR="00AC439A" w:rsidRDefault="00AC439A"/>
    <w:p w14:paraId="597C9F4E" w14:textId="77777777" w:rsidR="00053A7A" w:rsidRDefault="00000000">
      <w:r>
        <w:t>Firma: ______________________________________________________________</w:t>
      </w:r>
    </w:p>
    <w:p w14:paraId="55853B29" w14:textId="77777777" w:rsidR="00AC439A" w:rsidRDefault="00AC439A">
      <w:pPr>
        <w:jc w:val="center"/>
        <w:rPr>
          <w:i/>
          <w:sz w:val="18"/>
        </w:rPr>
      </w:pPr>
    </w:p>
    <w:p w14:paraId="4B1E4943" w14:textId="77777777" w:rsidR="00AC439A" w:rsidRDefault="00AC439A">
      <w:pPr>
        <w:jc w:val="center"/>
        <w:rPr>
          <w:i/>
          <w:sz w:val="18"/>
        </w:rPr>
      </w:pPr>
    </w:p>
    <w:p w14:paraId="239E75C4" w14:textId="77777777" w:rsidR="00AC439A" w:rsidRDefault="00AC439A">
      <w:pPr>
        <w:jc w:val="center"/>
        <w:rPr>
          <w:i/>
          <w:sz w:val="18"/>
        </w:rPr>
      </w:pPr>
    </w:p>
    <w:p w14:paraId="7C165022" w14:textId="77777777" w:rsidR="00AC439A" w:rsidRDefault="00AC439A">
      <w:pPr>
        <w:jc w:val="center"/>
        <w:rPr>
          <w:i/>
          <w:sz w:val="18"/>
        </w:rPr>
      </w:pPr>
    </w:p>
    <w:p w14:paraId="1CF8648E" w14:textId="3B74E8EA" w:rsidR="00053A7A" w:rsidRDefault="00000000">
      <w:pPr>
        <w:jc w:val="center"/>
      </w:pPr>
      <w:r>
        <w:rPr>
          <w:i/>
          <w:sz w:val="18"/>
        </w:rPr>
        <w:t xml:space="preserve">Il </w:t>
      </w:r>
      <w:proofErr w:type="spellStart"/>
      <w:r>
        <w:rPr>
          <w:i/>
          <w:sz w:val="18"/>
        </w:rPr>
        <w:t>presente</w:t>
      </w:r>
      <w:proofErr w:type="spellEnd"/>
      <w:r>
        <w:rPr>
          <w:i/>
          <w:sz w:val="18"/>
        </w:rPr>
        <w:t xml:space="preserve"> modulo </w:t>
      </w:r>
      <w:proofErr w:type="spellStart"/>
      <w:r>
        <w:rPr>
          <w:i/>
          <w:sz w:val="18"/>
        </w:rPr>
        <w:t>dovrà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essere</w:t>
      </w:r>
      <w:proofErr w:type="spellEnd"/>
      <w:r>
        <w:rPr>
          <w:i/>
          <w:sz w:val="18"/>
        </w:rPr>
        <w:t xml:space="preserve"> restituito alla </w:t>
      </w:r>
      <w:proofErr w:type="spellStart"/>
      <w:r w:rsidR="00AC439A">
        <w:rPr>
          <w:i/>
          <w:sz w:val="18"/>
        </w:rPr>
        <w:t>docente</w:t>
      </w:r>
      <w:proofErr w:type="spellEnd"/>
      <w:r w:rsidR="00AC439A">
        <w:rPr>
          <w:i/>
          <w:sz w:val="18"/>
        </w:rPr>
        <w:t xml:space="preserve"> della </w:t>
      </w:r>
      <w:proofErr w:type="spellStart"/>
      <w:r w:rsidR="00AC439A">
        <w:rPr>
          <w:i/>
          <w:sz w:val="18"/>
        </w:rPr>
        <w:t>classe</w:t>
      </w:r>
      <w:proofErr w:type="spellEnd"/>
      <w:r w:rsidR="00AC439A">
        <w:rPr>
          <w:i/>
          <w:sz w:val="18"/>
        </w:rPr>
        <w:t xml:space="preserve"> di appartenenza</w:t>
      </w:r>
      <w:r>
        <w:rPr>
          <w:i/>
          <w:sz w:val="18"/>
        </w:rPr>
        <w:t xml:space="preserve"> debitamente compilato e firmato.</w:t>
      </w:r>
    </w:p>
    <w:sectPr w:rsidR="00053A7A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BC5A83"/>
    <w:multiLevelType w:val="multilevel"/>
    <w:tmpl w:val="4C5C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C43188"/>
    <w:multiLevelType w:val="hybridMultilevel"/>
    <w:tmpl w:val="C2D88BBA"/>
    <w:lvl w:ilvl="0" w:tplc="86A873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940007">
    <w:abstractNumId w:val="8"/>
  </w:num>
  <w:num w:numId="2" w16cid:durableId="439379658">
    <w:abstractNumId w:val="6"/>
  </w:num>
  <w:num w:numId="3" w16cid:durableId="313872209">
    <w:abstractNumId w:val="5"/>
  </w:num>
  <w:num w:numId="4" w16cid:durableId="180896959">
    <w:abstractNumId w:val="4"/>
  </w:num>
  <w:num w:numId="5" w16cid:durableId="25831925">
    <w:abstractNumId w:val="7"/>
  </w:num>
  <w:num w:numId="6" w16cid:durableId="1038286933">
    <w:abstractNumId w:val="3"/>
  </w:num>
  <w:num w:numId="7" w16cid:durableId="969095133">
    <w:abstractNumId w:val="2"/>
  </w:num>
  <w:num w:numId="8" w16cid:durableId="607934578">
    <w:abstractNumId w:val="1"/>
  </w:num>
  <w:num w:numId="9" w16cid:durableId="42412912">
    <w:abstractNumId w:val="0"/>
  </w:num>
  <w:num w:numId="10" w16cid:durableId="434902679">
    <w:abstractNumId w:val="9"/>
  </w:num>
  <w:num w:numId="11" w16cid:durableId="1720206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A7A"/>
    <w:rsid w:val="0006063C"/>
    <w:rsid w:val="0015074B"/>
    <w:rsid w:val="0029639D"/>
    <w:rsid w:val="00326F90"/>
    <w:rsid w:val="00504A45"/>
    <w:rsid w:val="009B7C2B"/>
    <w:rsid w:val="00AA1D8D"/>
    <w:rsid w:val="00AC439A"/>
    <w:rsid w:val="00B47730"/>
    <w:rsid w:val="00CB0664"/>
    <w:rsid w:val="00D833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1BCD6"/>
  <w14:defaultImageDpi w14:val="300"/>
  <w15:docId w15:val="{D4D9C177-0DDD-4933-A04C-2DAB9998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A45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504A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 Moll</cp:lastModifiedBy>
  <cp:revision>2</cp:revision>
  <dcterms:created xsi:type="dcterms:W3CDTF">2026-09-21T06:25:00Z</dcterms:created>
  <dcterms:modified xsi:type="dcterms:W3CDTF">2026-09-21T06:25:00Z</dcterms:modified>
  <cp:category/>
</cp:coreProperties>
</file>